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D82" w:rsidRDefault="00E42B55">
      <w:pPr>
        <w:jc w:val="center"/>
      </w:pPr>
      <w:r>
        <w:rPr>
          <w:b/>
          <w:sz w:val="28"/>
        </w:rPr>
        <w:t>OBEC KRNÁ</w:t>
      </w:r>
    </w:p>
    <w:p w:rsidR="006B2D82" w:rsidRDefault="00E42B55">
      <w:pPr>
        <w:jc w:val="center"/>
      </w:pPr>
      <w:r>
        <w:rPr>
          <w:b/>
          <w:sz w:val="26"/>
        </w:rPr>
        <w:t>UVEREJNENIE VÝSLEDKOV VOLIEB POSLANCOV</w:t>
      </w:r>
      <w:r>
        <w:rPr>
          <w:b/>
          <w:sz w:val="26"/>
        </w:rPr>
        <w:br/>
        <w:t>OBECNÉHO ZASTUPITEĽSTVA A VOLIEB STAROSTU OBCE</w:t>
      </w:r>
    </w:p>
    <w:p w:rsidR="006B2D82" w:rsidRDefault="00E42B55">
      <w:pPr>
        <w:jc w:val="center"/>
      </w:pPr>
      <w:r>
        <w:rPr>
          <w:i/>
        </w:rPr>
        <w:t>ktoré sa konali dňa 24. októbra 2026</w:t>
      </w:r>
    </w:p>
    <w:p w:rsidR="006B2D82" w:rsidRDefault="00E42B55">
      <w:r>
        <w:t xml:space="preserve">Obec Krná zverejňuje výsledky volieb do orgánov samosprávy obce podľa údajov uvedených v zápisnici miestnej volebnej </w:t>
      </w:r>
      <w:r>
        <w:t>komisie.</w:t>
      </w:r>
    </w:p>
    <w:p w:rsidR="006B2D82" w:rsidRDefault="00E42B55">
      <w:r>
        <w:rPr>
          <w:b/>
        </w:rPr>
        <w:t>1. Výsledky voľby starostu obce</w:t>
      </w:r>
    </w:p>
    <w:p w:rsidR="006B2D82" w:rsidRDefault="00E42B55">
      <w:r>
        <w:t xml:space="preserve">Počet voličov zapísaných v </w:t>
      </w:r>
      <w:proofErr w:type="spellStart"/>
      <w:r>
        <w:t>zozname</w:t>
      </w:r>
      <w:proofErr w:type="spellEnd"/>
      <w:r>
        <w:t xml:space="preserve"> </w:t>
      </w:r>
      <w:proofErr w:type="spellStart"/>
      <w:r>
        <w:t>voličov</w:t>
      </w:r>
      <w:proofErr w:type="spellEnd"/>
      <w:r>
        <w:t>: _</w:t>
      </w:r>
      <w:r w:rsidR="003327AA">
        <w:t>52</w:t>
      </w:r>
      <w:r>
        <w:t>_____________________________</w:t>
      </w:r>
    </w:p>
    <w:p w:rsidR="006B2D82" w:rsidRDefault="00E42B55">
      <w:r>
        <w:t xml:space="preserve">Počet voličov, ktorí sa </w:t>
      </w:r>
      <w:proofErr w:type="spellStart"/>
      <w:r>
        <w:t>zúčastnili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hlasovaní</w:t>
      </w:r>
      <w:proofErr w:type="spellEnd"/>
      <w:r>
        <w:t>: _</w:t>
      </w:r>
      <w:r w:rsidR="003327AA">
        <w:t>42</w:t>
      </w:r>
      <w:r>
        <w:t>__________________________</w:t>
      </w:r>
    </w:p>
    <w:p w:rsidR="006B2D82" w:rsidRDefault="00E42B55">
      <w:proofErr w:type="spellStart"/>
      <w:r>
        <w:t>Počet</w:t>
      </w:r>
      <w:proofErr w:type="spellEnd"/>
      <w:r>
        <w:t xml:space="preserve"> </w:t>
      </w:r>
      <w:proofErr w:type="spellStart"/>
      <w:r>
        <w:t>odovzdaných</w:t>
      </w:r>
      <w:proofErr w:type="spellEnd"/>
      <w:r>
        <w:t xml:space="preserve"> </w:t>
      </w:r>
      <w:proofErr w:type="spellStart"/>
      <w:r>
        <w:t>obálok</w:t>
      </w:r>
      <w:proofErr w:type="spellEnd"/>
      <w:r>
        <w:t>: __</w:t>
      </w:r>
      <w:r w:rsidR="003327AA">
        <w:t>42</w:t>
      </w:r>
      <w:r>
        <w:t>___________________________________</w:t>
      </w:r>
      <w:r>
        <w:t>__________</w:t>
      </w:r>
    </w:p>
    <w:p w:rsidR="006B2D82" w:rsidRDefault="00E42B55">
      <w:r>
        <w:t xml:space="preserve">Počet platných hlasov odovzdaných pre kandidátov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starostu</w:t>
      </w:r>
      <w:proofErr w:type="spellEnd"/>
      <w:r>
        <w:t xml:space="preserve"> </w:t>
      </w:r>
      <w:proofErr w:type="spellStart"/>
      <w:r>
        <w:t>obce</w:t>
      </w:r>
      <w:proofErr w:type="spellEnd"/>
      <w:r>
        <w:t xml:space="preserve">: </w:t>
      </w:r>
      <w:proofErr w:type="spellStart"/>
      <w:r w:rsidR="003327AA">
        <w:t>Krná</w:t>
      </w:r>
      <w:proofErr w:type="spellEnd"/>
      <w:r>
        <w:t>__________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2835"/>
        <w:gridCol w:w="1701"/>
        <w:gridCol w:w="1134"/>
      </w:tblGrid>
      <w:tr w:rsidR="006B2D82">
        <w:trPr>
          <w:jc w:val="center"/>
        </w:trPr>
        <w:tc>
          <w:tcPr>
            <w:tcW w:w="2835" w:type="dxa"/>
            <w:vAlign w:val="center"/>
          </w:tcPr>
          <w:p w:rsidR="006B2D82" w:rsidRDefault="00E42B55">
            <w:r>
              <w:rPr>
                <w:b/>
              </w:rPr>
              <w:t>Meno a priezvisko kandidáta</w:t>
            </w:r>
          </w:p>
        </w:tc>
        <w:tc>
          <w:tcPr>
            <w:tcW w:w="2835" w:type="dxa"/>
            <w:vAlign w:val="center"/>
          </w:tcPr>
          <w:p w:rsidR="006B2D82" w:rsidRDefault="00E42B55">
            <w:r>
              <w:rPr>
                <w:b/>
              </w:rPr>
              <w:t>Politická strana / nezávislý kandidát</w:t>
            </w:r>
          </w:p>
        </w:tc>
        <w:tc>
          <w:tcPr>
            <w:tcW w:w="1701" w:type="dxa"/>
            <w:vAlign w:val="center"/>
          </w:tcPr>
          <w:p w:rsidR="006B2D82" w:rsidRDefault="00E42B55">
            <w:r>
              <w:rPr>
                <w:b/>
              </w:rPr>
              <w:t>Počet hlasov</w:t>
            </w:r>
          </w:p>
        </w:tc>
        <w:tc>
          <w:tcPr>
            <w:tcW w:w="1134" w:type="dxa"/>
            <w:vAlign w:val="center"/>
          </w:tcPr>
          <w:p w:rsidR="006B2D82" w:rsidRDefault="00E42B55">
            <w:r>
              <w:rPr>
                <w:b/>
              </w:rPr>
              <w:t>Zvolený</w:t>
            </w:r>
          </w:p>
        </w:tc>
      </w:tr>
      <w:tr w:rsidR="006B2D82">
        <w:trPr>
          <w:jc w:val="center"/>
        </w:trPr>
        <w:tc>
          <w:tcPr>
            <w:tcW w:w="2835" w:type="dxa"/>
            <w:vAlign w:val="center"/>
          </w:tcPr>
          <w:p w:rsidR="006B2D82" w:rsidRDefault="003327AA">
            <w:proofErr w:type="spellStart"/>
            <w:r>
              <w:t>Ján</w:t>
            </w:r>
            <w:proofErr w:type="spellEnd"/>
            <w:r>
              <w:t xml:space="preserve"> </w:t>
            </w:r>
            <w:proofErr w:type="spellStart"/>
            <w:r>
              <w:t>Novodomský</w:t>
            </w:r>
            <w:proofErr w:type="spellEnd"/>
            <w:r w:rsidR="00E42B55">
              <w:br/>
            </w:r>
          </w:p>
        </w:tc>
        <w:tc>
          <w:tcPr>
            <w:tcW w:w="2835" w:type="dxa"/>
            <w:vAlign w:val="center"/>
          </w:tcPr>
          <w:p w:rsidR="006B2D82" w:rsidRDefault="003327AA">
            <w:proofErr w:type="spellStart"/>
            <w:r>
              <w:t>Hlas</w:t>
            </w:r>
            <w:proofErr w:type="spellEnd"/>
            <w:r>
              <w:t xml:space="preserve"> -</w:t>
            </w:r>
            <w:proofErr w:type="spellStart"/>
            <w:r>
              <w:t>sociálna</w:t>
            </w:r>
            <w:proofErr w:type="spellEnd"/>
            <w:r>
              <w:t xml:space="preserve"> </w:t>
            </w:r>
            <w:proofErr w:type="spellStart"/>
            <w:r>
              <w:t>demokracia</w:t>
            </w:r>
            <w:proofErr w:type="spellEnd"/>
            <w:r w:rsidR="00E42B55">
              <w:br/>
            </w:r>
          </w:p>
        </w:tc>
        <w:tc>
          <w:tcPr>
            <w:tcW w:w="1701" w:type="dxa"/>
            <w:vAlign w:val="center"/>
          </w:tcPr>
          <w:p w:rsidR="006B2D82" w:rsidRDefault="003327AA">
            <w:r>
              <w:t>15</w:t>
            </w:r>
            <w:r w:rsidR="00E42B55">
              <w:br/>
            </w:r>
          </w:p>
        </w:tc>
        <w:tc>
          <w:tcPr>
            <w:tcW w:w="1134" w:type="dxa"/>
            <w:vAlign w:val="center"/>
          </w:tcPr>
          <w:p w:rsidR="006B2D82" w:rsidRDefault="000B1E25">
            <w:r>
              <w:t>36.58%</w:t>
            </w:r>
            <w:r w:rsidR="00E42B55">
              <w:br/>
            </w:r>
          </w:p>
        </w:tc>
      </w:tr>
      <w:tr w:rsidR="006B2D82">
        <w:trPr>
          <w:jc w:val="center"/>
        </w:trPr>
        <w:tc>
          <w:tcPr>
            <w:tcW w:w="2835" w:type="dxa"/>
            <w:vAlign w:val="center"/>
          </w:tcPr>
          <w:p w:rsidR="006B2D82" w:rsidRDefault="003327AA">
            <w:r>
              <w:t>Michal Senko</w:t>
            </w:r>
            <w:r w:rsidR="00E42B55">
              <w:br/>
            </w:r>
          </w:p>
        </w:tc>
        <w:tc>
          <w:tcPr>
            <w:tcW w:w="2835" w:type="dxa"/>
            <w:vAlign w:val="center"/>
          </w:tcPr>
          <w:p w:rsidR="006B2D82" w:rsidRDefault="003327AA">
            <w:proofErr w:type="spellStart"/>
            <w:r>
              <w:t>Nezávislý</w:t>
            </w:r>
            <w:proofErr w:type="spellEnd"/>
            <w:r>
              <w:t xml:space="preserve"> </w:t>
            </w:r>
            <w:proofErr w:type="spellStart"/>
            <w:r>
              <w:t>kandidát</w:t>
            </w:r>
            <w:proofErr w:type="spellEnd"/>
            <w:r w:rsidR="00E42B55">
              <w:br/>
            </w:r>
          </w:p>
        </w:tc>
        <w:tc>
          <w:tcPr>
            <w:tcW w:w="1701" w:type="dxa"/>
            <w:vAlign w:val="center"/>
          </w:tcPr>
          <w:p w:rsidR="006B2D82" w:rsidRDefault="003327AA">
            <w:r>
              <w:t>26</w:t>
            </w:r>
            <w:r w:rsidR="00E42B55">
              <w:br/>
            </w:r>
          </w:p>
        </w:tc>
        <w:tc>
          <w:tcPr>
            <w:tcW w:w="1134" w:type="dxa"/>
            <w:vAlign w:val="center"/>
          </w:tcPr>
          <w:p w:rsidR="006B2D82" w:rsidRDefault="000B1E25">
            <w:r>
              <w:t>63.41%</w:t>
            </w:r>
            <w:r w:rsidR="00E42B55">
              <w:br/>
            </w:r>
          </w:p>
        </w:tc>
      </w:tr>
    </w:tbl>
    <w:p w:rsidR="006B2D82" w:rsidRDefault="006B2D82"/>
    <w:p w:rsidR="006B2D82" w:rsidRDefault="00E42B55">
      <w:r>
        <w:rPr>
          <w:b/>
        </w:rPr>
        <w:t>Za starostu obce Krná bol zvolený / bola zvolená:</w:t>
      </w:r>
    </w:p>
    <w:p w:rsidR="006B2D82" w:rsidRDefault="00E42B55">
      <w:r>
        <w:t xml:space="preserve">Meno a </w:t>
      </w:r>
      <w:proofErr w:type="spellStart"/>
      <w:r>
        <w:t>priezvisko</w:t>
      </w:r>
      <w:proofErr w:type="spellEnd"/>
      <w:r>
        <w:t>: _</w:t>
      </w:r>
      <w:r w:rsidR="003327AA">
        <w:t>Michal Senko</w:t>
      </w:r>
      <w:r>
        <w:t>_______________________________________________________</w:t>
      </w:r>
    </w:p>
    <w:p w:rsidR="006B2D82" w:rsidRDefault="00E42B55">
      <w:proofErr w:type="spellStart"/>
      <w:r>
        <w:t>Počet</w:t>
      </w:r>
      <w:proofErr w:type="spellEnd"/>
      <w:r>
        <w:t xml:space="preserve"> </w:t>
      </w:r>
      <w:proofErr w:type="spellStart"/>
      <w:r>
        <w:t>získaných</w:t>
      </w:r>
      <w:proofErr w:type="spellEnd"/>
      <w:r>
        <w:t xml:space="preserve"> </w:t>
      </w:r>
      <w:proofErr w:type="spellStart"/>
      <w:r>
        <w:t>hlasov</w:t>
      </w:r>
      <w:proofErr w:type="spellEnd"/>
      <w:r>
        <w:t>: _</w:t>
      </w:r>
      <w:r w:rsidR="003327AA">
        <w:t>26</w:t>
      </w:r>
      <w:r>
        <w:t>__________________________________________________</w:t>
      </w:r>
    </w:p>
    <w:p w:rsidR="006B2D82" w:rsidRDefault="00E42B55">
      <w:r>
        <w:rPr>
          <w:b/>
        </w:rPr>
        <w:t>2. Výsledky volieb poslancov obecného zastupiteľstva</w:t>
      </w:r>
    </w:p>
    <w:p w:rsidR="006B2D82" w:rsidRDefault="00E42B55">
      <w:r>
        <w:t xml:space="preserve">Počet voličov, ktorí sa </w:t>
      </w:r>
      <w:proofErr w:type="spellStart"/>
      <w:r>
        <w:t>zúčastnili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hlasovaní</w:t>
      </w:r>
      <w:proofErr w:type="spellEnd"/>
      <w:r>
        <w:t>: _</w:t>
      </w:r>
      <w:r w:rsidR="003327AA">
        <w:t>42</w:t>
      </w:r>
      <w:r>
        <w:t>________</w:t>
      </w:r>
      <w:r>
        <w:t>__________________</w:t>
      </w:r>
    </w:p>
    <w:p w:rsidR="006B2D82" w:rsidRDefault="00E42B55">
      <w:proofErr w:type="spellStart"/>
      <w:r>
        <w:t>Počet</w:t>
      </w:r>
      <w:proofErr w:type="spellEnd"/>
      <w:r>
        <w:t xml:space="preserve"> </w:t>
      </w:r>
      <w:proofErr w:type="spellStart"/>
      <w:r>
        <w:t>odovzdaných</w:t>
      </w:r>
      <w:proofErr w:type="spellEnd"/>
      <w:r>
        <w:t xml:space="preserve"> </w:t>
      </w:r>
      <w:proofErr w:type="spellStart"/>
      <w:r>
        <w:t>obálok</w:t>
      </w:r>
      <w:proofErr w:type="spellEnd"/>
      <w:r>
        <w:t>: __</w:t>
      </w:r>
      <w:r w:rsidR="003327AA">
        <w:t>42</w:t>
      </w:r>
      <w:r>
        <w:t>_____________________________________________</w:t>
      </w:r>
    </w:p>
    <w:p w:rsidR="006B2D82" w:rsidRDefault="00E42B55">
      <w:r>
        <w:t xml:space="preserve">Počet platných hlasovacích lístkov pre </w:t>
      </w:r>
      <w:proofErr w:type="spellStart"/>
      <w:r>
        <w:t>voľby</w:t>
      </w:r>
      <w:proofErr w:type="spellEnd"/>
      <w:r>
        <w:t xml:space="preserve"> </w:t>
      </w:r>
      <w:proofErr w:type="spellStart"/>
      <w:r>
        <w:t>poslancov</w:t>
      </w:r>
      <w:proofErr w:type="spellEnd"/>
      <w:r>
        <w:t xml:space="preserve">: </w:t>
      </w:r>
      <w:r w:rsidR="003327AA">
        <w:t>41</w:t>
      </w:r>
      <w:r>
        <w:t>____________________</w:t>
      </w:r>
    </w:p>
    <w:p w:rsidR="006B2D82" w:rsidRDefault="00E42B55">
      <w:r>
        <w:t xml:space="preserve">Počet volených </w:t>
      </w:r>
      <w:proofErr w:type="spellStart"/>
      <w:r>
        <w:t>poslancov</w:t>
      </w:r>
      <w:proofErr w:type="spellEnd"/>
      <w:r>
        <w:t xml:space="preserve"> </w:t>
      </w:r>
      <w:proofErr w:type="spellStart"/>
      <w:r>
        <w:t>obecného</w:t>
      </w:r>
      <w:proofErr w:type="spellEnd"/>
      <w:r>
        <w:t xml:space="preserve"> </w:t>
      </w:r>
      <w:proofErr w:type="spellStart"/>
      <w:r>
        <w:t>zastupiteľstva</w:t>
      </w:r>
      <w:proofErr w:type="spellEnd"/>
      <w:r>
        <w:t>: __</w:t>
      </w:r>
      <w:r w:rsidR="003327AA">
        <w:t>3</w:t>
      </w:r>
      <w:r>
        <w:t>_______________________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2835"/>
        <w:gridCol w:w="1701"/>
        <w:gridCol w:w="1134"/>
      </w:tblGrid>
      <w:tr w:rsidR="006B2D82">
        <w:trPr>
          <w:jc w:val="center"/>
        </w:trPr>
        <w:tc>
          <w:tcPr>
            <w:tcW w:w="2835" w:type="dxa"/>
            <w:vAlign w:val="center"/>
          </w:tcPr>
          <w:p w:rsidR="006B2D82" w:rsidRDefault="00E42B55">
            <w:r>
              <w:rPr>
                <w:b/>
              </w:rPr>
              <w:t>Meno a pri</w:t>
            </w:r>
            <w:r>
              <w:rPr>
                <w:b/>
              </w:rPr>
              <w:t>ezvisko kandidáta</w:t>
            </w:r>
          </w:p>
        </w:tc>
        <w:tc>
          <w:tcPr>
            <w:tcW w:w="2835" w:type="dxa"/>
            <w:vAlign w:val="center"/>
          </w:tcPr>
          <w:p w:rsidR="006B2D82" w:rsidRDefault="00E42B55">
            <w:r>
              <w:rPr>
                <w:b/>
              </w:rPr>
              <w:t>Politická strana / nezávislý kandidát</w:t>
            </w:r>
          </w:p>
        </w:tc>
        <w:tc>
          <w:tcPr>
            <w:tcW w:w="1701" w:type="dxa"/>
            <w:vAlign w:val="center"/>
          </w:tcPr>
          <w:p w:rsidR="006B2D82" w:rsidRDefault="00E42B55">
            <w:r>
              <w:rPr>
                <w:b/>
              </w:rPr>
              <w:t>Počet hlasov</w:t>
            </w:r>
          </w:p>
        </w:tc>
        <w:tc>
          <w:tcPr>
            <w:tcW w:w="1134" w:type="dxa"/>
            <w:vAlign w:val="center"/>
          </w:tcPr>
          <w:p w:rsidR="006B2D82" w:rsidRDefault="00E42B55">
            <w:r>
              <w:rPr>
                <w:b/>
              </w:rPr>
              <w:t>Zvolený</w:t>
            </w:r>
          </w:p>
        </w:tc>
      </w:tr>
      <w:tr w:rsidR="006B2D82">
        <w:trPr>
          <w:jc w:val="center"/>
        </w:trPr>
        <w:tc>
          <w:tcPr>
            <w:tcW w:w="2835" w:type="dxa"/>
            <w:vAlign w:val="center"/>
          </w:tcPr>
          <w:p w:rsidR="006B2D82" w:rsidRDefault="00E42B55">
            <w:r>
              <w:br/>
            </w:r>
            <w:proofErr w:type="spellStart"/>
            <w:r w:rsidR="003327AA">
              <w:t>Štefan</w:t>
            </w:r>
            <w:proofErr w:type="spellEnd"/>
            <w:r w:rsidR="003327AA">
              <w:t xml:space="preserve"> </w:t>
            </w:r>
            <w:proofErr w:type="spellStart"/>
            <w:r w:rsidR="003327AA">
              <w:t>Horkovics-Ková</w:t>
            </w:r>
            <w:r w:rsidR="000B1E25">
              <w:t>ts</w:t>
            </w:r>
            <w:proofErr w:type="spellEnd"/>
            <w:r w:rsidR="000B1E25">
              <w:t xml:space="preserve"> </w:t>
            </w:r>
            <w:proofErr w:type="spellStart"/>
            <w:r w:rsidR="000B1E25">
              <w:t>RNDr.PhD</w:t>
            </w:r>
            <w:proofErr w:type="spellEnd"/>
            <w:r w:rsidR="000B1E25">
              <w:t>.</w:t>
            </w:r>
          </w:p>
        </w:tc>
        <w:tc>
          <w:tcPr>
            <w:tcW w:w="2835" w:type="dxa"/>
            <w:vAlign w:val="center"/>
          </w:tcPr>
          <w:p w:rsidR="006B2D82" w:rsidRDefault="000B1E25">
            <w:proofErr w:type="spellStart"/>
            <w:r>
              <w:t>Nezávislý</w:t>
            </w:r>
            <w:proofErr w:type="spellEnd"/>
            <w:r>
              <w:t xml:space="preserve"> </w:t>
            </w:r>
            <w:proofErr w:type="spellStart"/>
            <w:r>
              <w:t>kandidát</w:t>
            </w:r>
            <w:proofErr w:type="spellEnd"/>
            <w:r w:rsidR="00E42B55">
              <w:br/>
            </w:r>
          </w:p>
        </w:tc>
        <w:tc>
          <w:tcPr>
            <w:tcW w:w="1701" w:type="dxa"/>
            <w:vAlign w:val="center"/>
          </w:tcPr>
          <w:p w:rsidR="006B2D82" w:rsidRDefault="000B1E25">
            <w:r>
              <w:t>32</w:t>
            </w:r>
            <w:r w:rsidR="00E42B55">
              <w:br/>
            </w:r>
          </w:p>
        </w:tc>
        <w:tc>
          <w:tcPr>
            <w:tcW w:w="1134" w:type="dxa"/>
            <w:vAlign w:val="center"/>
          </w:tcPr>
          <w:p w:rsidR="006B2D82" w:rsidRDefault="00E42B55">
            <w:r>
              <w:br/>
            </w:r>
          </w:p>
        </w:tc>
      </w:tr>
      <w:tr w:rsidR="006B2D82">
        <w:trPr>
          <w:jc w:val="center"/>
        </w:trPr>
        <w:tc>
          <w:tcPr>
            <w:tcW w:w="2835" w:type="dxa"/>
            <w:vAlign w:val="center"/>
          </w:tcPr>
          <w:p w:rsidR="006B2D82" w:rsidRDefault="000B1E25">
            <w:r>
              <w:t xml:space="preserve">Simona </w:t>
            </w:r>
            <w:proofErr w:type="spellStart"/>
            <w:r>
              <w:t>Golianová</w:t>
            </w:r>
            <w:proofErr w:type="spellEnd"/>
            <w:r w:rsidR="00E42B55">
              <w:br/>
            </w:r>
          </w:p>
        </w:tc>
        <w:tc>
          <w:tcPr>
            <w:tcW w:w="2835" w:type="dxa"/>
            <w:vAlign w:val="center"/>
          </w:tcPr>
          <w:p w:rsidR="006B2D82" w:rsidRDefault="000B1E25">
            <w:proofErr w:type="spellStart"/>
            <w:r>
              <w:t>Nezávislý</w:t>
            </w:r>
            <w:proofErr w:type="spellEnd"/>
            <w:r>
              <w:t xml:space="preserve"> </w:t>
            </w:r>
            <w:proofErr w:type="spellStart"/>
            <w:r>
              <w:t>kandidát</w:t>
            </w:r>
            <w:proofErr w:type="spellEnd"/>
            <w:r w:rsidR="00E42B55">
              <w:br/>
            </w:r>
          </w:p>
        </w:tc>
        <w:tc>
          <w:tcPr>
            <w:tcW w:w="1701" w:type="dxa"/>
            <w:vAlign w:val="center"/>
          </w:tcPr>
          <w:p w:rsidR="006B2D82" w:rsidRDefault="000B1E25">
            <w:r>
              <w:t>29</w:t>
            </w:r>
            <w:r w:rsidR="00E42B55">
              <w:br/>
            </w:r>
          </w:p>
        </w:tc>
        <w:tc>
          <w:tcPr>
            <w:tcW w:w="1134" w:type="dxa"/>
            <w:vAlign w:val="center"/>
          </w:tcPr>
          <w:p w:rsidR="006B2D82" w:rsidRDefault="00E42B55">
            <w:r>
              <w:br/>
            </w:r>
          </w:p>
        </w:tc>
      </w:tr>
      <w:tr w:rsidR="006B2D82">
        <w:trPr>
          <w:jc w:val="center"/>
        </w:trPr>
        <w:tc>
          <w:tcPr>
            <w:tcW w:w="2835" w:type="dxa"/>
            <w:vAlign w:val="center"/>
          </w:tcPr>
          <w:p w:rsidR="006B2D82" w:rsidRDefault="000B1E25">
            <w:proofErr w:type="spellStart"/>
            <w:r>
              <w:t>Tomáš</w:t>
            </w:r>
            <w:proofErr w:type="spellEnd"/>
            <w:r>
              <w:t xml:space="preserve"> </w:t>
            </w:r>
            <w:proofErr w:type="spellStart"/>
            <w:r>
              <w:t>Šimo</w:t>
            </w:r>
            <w:proofErr w:type="spellEnd"/>
            <w:r w:rsidR="00E42B55">
              <w:br/>
            </w:r>
          </w:p>
        </w:tc>
        <w:tc>
          <w:tcPr>
            <w:tcW w:w="2835" w:type="dxa"/>
            <w:vAlign w:val="center"/>
          </w:tcPr>
          <w:p w:rsidR="006B2D82" w:rsidRDefault="000B1E25">
            <w:proofErr w:type="spellStart"/>
            <w:r>
              <w:t>Nezávislý</w:t>
            </w:r>
            <w:proofErr w:type="spellEnd"/>
            <w:r>
              <w:t xml:space="preserve"> </w:t>
            </w:r>
            <w:proofErr w:type="spellStart"/>
            <w:r>
              <w:t>kandidát</w:t>
            </w:r>
            <w:proofErr w:type="spellEnd"/>
            <w:r w:rsidR="00E42B55">
              <w:br/>
            </w:r>
          </w:p>
        </w:tc>
        <w:tc>
          <w:tcPr>
            <w:tcW w:w="1701" w:type="dxa"/>
            <w:vAlign w:val="center"/>
          </w:tcPr>
          <w:p w:rsidR="006B2D82" w:rsidRDefault="000B1E25">
            <w:r>
              <w:t>27</w:t>
            </w:r>
            <w:r w:rsidR="00E42B55">
              <w:br/>
            </w:r>
          </w:p>
        </w:tc>
        <w:tc>
          <w:tcPr>
            <w:tcW w:w="1134" w:type="dxa"/>
            <w:vAlign w:val="center"/>
          </w:tcPr>
          <w:p w:rsidR="006B2D82" w:rsidRDefault="00E42B55">
            <w:r>
              <w:br/>
            </w:r>
          </w:p>
        </w:tc>
      </w:tr>
      <w:tr w:rsidR="006B2D82">
        <w:trPr>
          <w:jc w:val="center"/>
        </w:trPr>
        <w:tc>
          <w:tcPr>
            <w:tcW w:w="2835" w:type="dxa"/>
            <w:vAlign w:val="center"/>
          </w:tcPr>
          <w:p w:rsidR="006B2D82" w:rsidRDefault="00E42B55">
            <w:r>
              <w:lastRenderedPageBreak/>
              <w:br/>
            </w:r>
            <w:proofErr w:type="spellStart"/>
            <w:r w:rsidR="000B1E25">
              <w:t>Vladimír</w:t>
            </w:r>
            <w:proofErr w:type="spellEnd"/>
            <w:r w:rsidR="000B1E25">
              <w:t xml:space="preserve"> </w:t>
            </w:r>
            <w:proofErr w:type="spellStart"/>
            <w:r w:rsidR="000B1E25">
              <w:t>Vitéz</w:t>
            </w:r>
            <w:proofErr w:type="spellEnd"/>
          </w:p>
        </w:tc>
        <w:tc>
          <w:tcPr>
            <w:tcW w:w="2835" w:type="dxa"/>
            <w:vAlign w:val="center"/>
          </w:tcPr>
          <w:p w:rsidR="006B2D82" w:rsidRDefault="00E42B55">
            <w:r>
              <w:br/>
            </w:r>
            <w:proofErr w:type="spellStart"/>
            <w:r w:rsidR="000B1E25">
              <w:t>Hlas-sociálna</w:t>
            </w:r>
            <w:proofErr w:type="spellEnd"/>
            <w:r w:rsidR="000B1E25">
              <w:t xml:space="preserve"> </w:t>
            </w:r>
            <w:proofErr w:type="spellStart"/>
            <w:r w:rsidR="000B1E25">
              <w:t>demokracia</w:t>
            </w:r>
            <w:proofErr w:type="spellEnd"/>
          </w:p>
        </w:tc>
        <w:tc>
          <w:tcPr>
            <w:tcW w:w="1701" w:type="dxa"/>
            <w:vAlign w:val="center"/>
          </w:tcPr>
          <w:p w:rsidR="006B2D82" w:rsidRDefault="00E42B55">
            <w:r>
              <w:br/>
            </w:r>
            <w:r w:rsidR="000B1E25">
              <w:t>19</w:t>
            </w:r>
          </w:p>
        </w:tc>
        <w:tc>
          <w:tcPr>
            <w:tcW w:w="1134" w:type="dxa"/>
            <w:vAlign w:val="center"/>
          </w:tcPr>
          <w:p w:rsidR="006B2D82" w:rsidRDefault="00E42B55">
            <w:r>
              <w:br/>
            </w:r>
          </w:p>
        </w:tc>
      </w:tr>
    </w:tbl>
    <w:p w:rsidR="006B2D82" w:rsidRDefault="006B2D82"/>
    <w:p w:rsidR="006B2D82" w:rsidRDefault="00E42B55">
      <w:r>
        <w:t xml:space="preserve">Poznámka: Pred zverejnením doplňte údaje presne podľa oficiálnej zápisnice miestnej volebnej komisie a overte mená zvolených kandidátov a </w:t>
      </w:r>
      <w:r>
        <w:t>počty hlasov.</w:t>
      </w:r>
    </w:p>
    <w:p w:rsidR="006B2D82" w:rsidRDefault="006B2D82"/>
    <w:p w:rsidR="006B2D82" w:rsidRDefault="00E42B55">
      <w:r>
        <w:t xml:space="preserve">V </w:t>
      </w:r>
      <w:proofErr w:type="spellStart"/>
      <w:r>
        <w:t>Krnej</w:t>
      </w:r>
      <w:proofErr w:type="spellEnd"/>
      <w:r>
        <w:t xml:space="preserve"> </w:t>
      </w:r>
      <w:proofErr w:type="spellStart"/>
      <w:r>
        <w:t>dňa</w:t>
      </w:r>
      <w:proofErr w:type="spellEnd"/>
      <w:r>
        <w:t>: _</w:t>
      </w:r>
      <w:r w:rsidR="00F61FDC">
        <w:t>24.10.2026</w:t>
      </w:r>
      <w:r>
        <w:t>___________________</w:t>
      </w:r>
    </w:p>
    <w:p w:rsidR="006B2D82" w:rsidRDefault="006B2D82"/>
    <w:p w:rsidR="006B2D82" w:rsidRDefault="00E42B55">
      <w:r>
        <w:t>________________________________________</w:t>
      </w:r>
    </w:p>
    <w:p w:rsidR="006B2D82" w:rsidRDefault="00E42B55">
      <w:r>
        <w:t>podpis oprávnenej osoby</w:t>
      </w:r>
    </w:p>
    <w:p w:rsidR="006B2D82" w:rsidRDefault="006B2D82"/>
    <w:p w:rsidR="006B2D82" w:rsidRDefault="00E42B55">
      <w:proofErr w:type="spellStart"/>
      <w:r>
        <w:t>Dátum</w:t>
      </w:r>
      <w:proofErr w:type="spellEnd"/>
      <w:r>
        <w:t xml:space="preserve"> </w:t>
      </w:r>
      <w:proofErr w:type="spellStart"/>
      <w:r>
        <w:t>vyvesenia</w:t>
      </w:r>
      <w:proofErr w:type="spellEnd"/>
      <w:r>
        <w:t>: _</w:t>
      </w:r>
      <w:r w:rsidR="00F61FDC">
        <w:t>26.10.2026</w:t>
      </w:r>
      <w:r>
        <w:t>___________________</w:t>
      </w:r>
    </w:p>
    <w:p w:rsidR="006B2D82" w:rsidRDefault="00E42B55">
      <w:proofErr w:type="spellStart"/>
      <w:r>
        <w:t>Dátum</w:t>
      </w:r>
      <w:proofErr w:type="spellEnd"/>
      <w:r>
        <w:t xml:space="preserve"> </w:t>
      </w:r>
      <w:proofErr w:type="spellStart"/>
      <w:r>
        <w:t>zvesenia</w:t>
      </w:r>
      <w:proofErr w:type="spellEnd"/>
      <w:r>
        <w:t>: __</w:t>
      </w:r>
      <w:r w:rsidR="00F61FDC">
        <w:t>26.11 2026</w:t>
      </w:r>
      <w:bookmarkStart w:id="0" w:name="_GoBack"/>
      <w:bookmarkEnd w:id="0"/>
      <w:r>
        <w:t>___________________</w:t>
      </w:r>
    </w:p>
    <w:sectPr w:rsidR="006B2D82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1E25"/>
    <w:rsid w:val="0015074B"/>
    <w:rsid w:val="0029639D"/>
    <w:rsid w:val="00326F90"/>
    <w:rsid w:val="003327AA"/>
    <w:rsid w:val="006B2D82"/>
    <w:rsid w:val="00AA1D8D"/>
    <w:rsid w:val="00B47730"/>
    <w:rsid w:val="00CB0664"/>
    <w:rsid w:val="00E42B55"/>
    <w:rsid w:val="00F61FD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780958"/>
  <w14:defaultImageDpi w14:val="300"/>
  <w15:docId w15:val="{E0584A8D-4EAA-4C5F-80AE-3072F3269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FC693F"/>
    <w:rPr>
      <w:rFonts w:ascii="Times New Roman" w:hAnsi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2D1B524-496D-427A-B14A-642357890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SENKO Michal</cp:lastModifiedBy>
  <cp:revision>3</cp:revision>
  <cp:lastPrinted>2026-10-26T14:01:00Z</cp:lastPrinted>
  <dcterms:created xsi:type="dcterms:W3CDTF">2013-12-23T23:15:00Z</dcterms:created>
  <dcterms:modified xsi:type="dcterms:W3CDTF">2026-10-26T14:12:00Z</dcterms:modified>
  <cp:category/>
</cp:coreProperties>
</file>